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B5E47" w14:textId="77777777" w:rsidR="00E5578E" w:rsidRDefault="003253F8">
      <w:pPr>
        <w:spacing w:after="60"/>
      </w:pPr>
      <w:r>
        <w:rPr>
          <w:b/>
          <w:sz w:val="32"/>
        </w:rPr>
        <w:t>Jr Art Club (K-2) Application</w:t>
      </w:r>
    </w:p>
    <w:p w14:paraId="04DCACDA" w14:textId="77777777" w:rsidR="00E5578E" w:rsidRDefault="003253F8">
      <w:pPr>
        <w:spacing w:after="60"/>
      </w:pPr>
      <w:r>
        <w:rPr>
          <w:b/>
        </w:rPr>
        <w:t xml:space="preserve">Starting Date: </w:t>
      </w:r>
      <w:r w:rsidR="00C97BBB">
        <w:rPr>
          <w:b/>
        </w:rPr>
        <w:t>Oct 6</w:t>
      </w:r>
      <w:r w:rsidR="00C97BBB" w:rsidRPr="00C97BBB">
        <w:rPr>
          <w:b/>
          <w:vertAlign w:val="superscript"/>
        </w:rPr>
        <w:t>th</w:t>
      </w:r>
      <w:r w:rsidR="00C97BBB">
        <w:rPr>
          <w:b/>
        </w:rPr>
        <w:t>- Dec 1st</w:t>
      </w:r>
    </w:p>
    <w:p w14:paraId="20DFDF9E" w14:textId="77777777" w:rsidR="00E5578E" w:rsidRDefault="003253F8">
      <w:pPr>
        <w:spacing w:after="60"/>
        <w:rPr>
          <w:b/>
        </w:rPr>
      </w:pPr>
      <w:r>
        <w:rPr>
          <w:b/>
        </w:rPr>
        <w:t>Time: 3:00 PM - 4:00 PM</w:t>
      </w:r>
    </w:p>
    <w:p w14:paraId="1F0DEF76" w14:textId="507F8D4C" w:rsidR="00B15C4F" w:rsidRDefault="00B15C4F">
      <w:pPr>
        <w:spacing w:after="60"/>
      </w:pPr>
      <w:r>
        <w:rPr>
          <w:b/>
        </w:rPr>
        <w:t xml:space="preserve">Application Due By: </w:t>
      </w:r>
      <w:r w:rsidR="007615FA">
        <w:rPr>
          <w:b/>
        </w:rPr>
        <w:t>Sept 23rd</w:t>
      </w:r>
    </w:p>
    <w:p w14:paraId="4792819F" w14:textId="77777777" w:rsidR="00E5578E" w:rsidRDefault="003253F8">
      <w:pPr>
        <w:spacing w:after="60"/>
      </w:pPr>
      <w:r>
        <w:rPr>
          <w:b/>
        </w:rPr>
        <w:t>Location: Art Room</w:t>
      </w:r>
    </w:p>
    <w:p w14:paraId="5A8386B4" w14:textId="77777777" w:rsidR="00E5578E" w:rsidRDefault="003253F8">
      <w:pPr>
        <w:spacing w:after="60"/>
      </w:pPr>
      <w:r>
        <w:rPr>
          <w:b/>
        </w:rPr>
        <w:t>Teacher Sponsor: Mrs. Cacchione</w:t>
      </w:r>
    </w:p>
    <w:p w14:paraId="02D38E59" w14:textId="77777777" w:rsidR="00E5578E" w:rsidRDefault="003253F8">
      <w:pPr>
        <w:spacing w:after="60"/>
      </w:pPr>
      <w:r>
        <w:rPr>
          <w:sz w:val="20"/>
        </w:rPr>
        <w:t>Kevanie.CountsCacchione@stjohns.k12.fl.us | 904-547-8440 ext. 20754</w:t>
      </w:r>
    </w:p>
    <w:p w14:paraId="09088F7A" w14:textId="77777777" w:rsidR="00E5578E" w:rsidRDefault="00E5578E">
      <w:pPr>
        <w:pBdr>
          <w:bottom w:val="single" w:sz="4" w:space="1" w:color="B7B7B7"/>
        </w:pBdr>
        <w:spacing w:after="60"/>
      </w:pPr>
    </w:p>
    <w:p w14:paraId="2874F611" w14:textId="77777777" w:rsidR="00E5578E" w:rsidRDefault="003253F8">
      <w:pPr>
        <w:spacing w:after="60"/>
      </w:pPr>
      <w:r>
        <w:rPr>
          <w:b/>
          <w:sz w:val="24"/>
        </w:rPr>
        <w:t>Student Information</w:t>
      </w:r>
    </w:p>
    <w:p w14:paraId="2A10C43B" w14:textId="77777777" w:rsidR="00E5578E" w:rsidRDefault="003253F8">
      <w:pPr>
        <w:spacing w:after="60"/>
      </w:pPr>
      <w:r>
        <w:t>•    Student Name: __________________________________________</w:t>
      </w:r>
    </w:p>
    <w:p w14:paraId="6044E2C3" w14:textId="77777777" w:rsidR="00E5578E" w:rsidRDefault="003253F8">
      <w:pPr>
        <w:spacing w:after="60"/>
      </w:pPr>
      <w:r>
        <w:t>•    Grade (K, 1, or 2): ______________________________________</w:t>
      </w:r>
    </w:p>
    <w:p w14:paraId="4DBC346F" w14:textId="77777777" w:rsidR="00E5578E" w:rsidRDefault="003253F8">
      <w:pPr>
        <w:spacing w:after="60"/>
      </w:pPr>
      <w:r>
        <w:t>•    Classroom Teacher: ______________________________________</w:t>
      </w:r>
    </w:p>
    <w:p w14:paraId="48346389" w14:textId="77777777" w:rsidR="00E5578E" w:rsidRDefault="00E5578E">
      <w:pPr>
        <w:pBdr>
          <w:bottom w:val="single" w:sz="4" w:space="1" w:color="B7B7B7"/>
        </w:pBdr>
        <w:spacing w:after="60"/>
      </w:pPr>
    </w:p>
    <w:p w14:paraId="1CDB571D" w14:textId="77777777" w:rsidR="00E5578E" w:rsidRDefault="003253F8">
      <w:pPr>
        <w:spacing w:after="60"/>
      </w:pPr>
      <w:r>
        <w:rPr>
          <w:b/>
          <w:sz w:val="24"/>
        </w:rPr>
        <w:t>Parent/Guardian Information</w:t>
      </w:r>
    </w:p>
    <w:p w14:paraId="25A9ACEF" w14:textId="77777777" w:rsidR="00E5578E" w:rsidRDefault="003253F8">
      <w:pPr>
        <w:spacing w:after="60"/>
      </w:pPr>
      <w:r>
        <w:t>•    Parent/Guardian Name: ___________________________________</w:t>
      </w:r>
    </w:p>
    <w:p w14:paraId="795C058B" w14:textId="77777777" w:rsidR="00E5578E" w:rsidRDefault="003253F8">
      <w:pPr>
        <w:spacing w:after="60"/>
      </w:pPr>
      <w:r>
        <w:t>•    Phone Number: ___________________________________________</w:t>
      </w:r>
    </w:p>
    <w:p w14:paraId="5A4D9297" w14:textId="77777777" w:rsidR="00E5578E" w:rsidRDefault="003253F8">
      <w:pPr>
        <w:spacing w:after="60"/>
      </w:pPr>
      <w:r>
        <w:t>•    Email Address: ___________________________________________</w:t>
      </w:r>
    </w:p>
    <w:p w14:paraId="6CFD96AD" w14:textId="77777777" w:rsidR="00754502" w:rsidRPr="00754502" w:rsidRDefault="00754502">
      <w:pPr>
        <w:spacing w:after="60"/>
        <w:rPr>
          <w:u w:val="single"/>
        </w:rPr>
      </w:pPr>
      <w:r>
        <w:t xml:space="preserve">Will Student be </w:t>
      </w:r>
      <w:r w:rsidRPr="00754502">
        <w:rPr>
          <w:b/>
          <w:bCs/>
        </w:rPr>
        <w:t>Parent pick</w:t>
      </w:r>
      <w:r>
        <w:rPr>
          <w:b/>
          <w:bCs/>
        </w:rPr>
        <w:t>up</w:t>
      </w:r>
      <w:r>
        <w:t xml:space="preserve"> or </w:t>
      </w:r>
      <w:r w:rsidRPr="00754502">
        <w:rPr>
          <w:b/>
          <w:bCs/>
        </w:rPr>
        <w:t>Extended Day</w:t>
      </w:r>
      <w:r>
        <w:t>: _____________________</w:t>
      </w:r>
      <w:r>
        <w:rPr>
          <w:u w:val="single"/>
        </w:rPr>
        <w:t xml:space="preserve">               </w:t>
      </w:r>
    </w:p>
    <w:p w14:paraId="578A534C" w14:textId="77777777" w:rsidR="00E5578E" w:rsidRDefault="00E5578E">
      <w:pPr>
        <w:pBdr>
          <w:bottom w:val="single" w:sz="4" w:space="1" w:color="B7B7B7"/>
        </w:pBdr>
        <w:spacing w:after="60"/>
      </w:pPr>
    </w:p>
    <w:p w14:paraId="70AA6C8A" w14:textId="77777777" w:rsidR="00E5578E" w:rsidRDefault="003253F8">
      <w:pPr>
        <w:spacing w:after="60"/>
      </w:pPr>
      <w:r>
        <w:rPr>
          <w:b/>
          <w:sz w:val="24"/>
        </w:rPr>
        <w:t>Art Club Selection</w:t>
      </w:r>
    </w:p>
    <w:p w14:paraId="5512D37B" w14:textId="77777777" w:rsidR="00E5578E" w:rsidRDefault="003253F8">
      <w:pPr>
        <w:spacing w:after="60"/>
      </w:pPr>
      <w:r>
        <w:rPr>
          <w:sz w:val="21"/>
        </w:rPr>
        <w:t xml:space="preserve">Space in Jr. Art Club is limited. Students who apply </w:t>
      </w:r>
      <w:r w:rsidR="00754502">
        <w:rPr>
          <w:sz w:val="21"/>
        </w:rPr>
        <w:t>need to</w:t>
      </w:r>
      <w:r>
        <w:rPr>
          <w:sz w:val="21"/>
        </w:rPr>
        <w:t xml:space="preserve"> complete the Art Superhero Challenge on page 2. The challenge gives every K-2 student the same opportunity to show creativity, imagination, effort, and attention to detail.</w:t>
      </w:r>
    </w:p>
    <w:p w14:paraId="4E47FE82" w14:textId="77777777" w:rsidR="00E5578E" w:rsidRDefault="003253F8">
      <w:pPr>
        <w:spacing w:after="60"/>
      </w:pPr>
      <w:r>
        <w:rPr>
          <w:b/>
          <w:sz w:val="21"/>
        </w:rPr>
        <w:t>Completing an application does not guarantee a spot in Jr. Art Club.</w:t>
      </w:r>
    </w:p>
    <w:p w14:paraId="61DB5A7D" w14:textId="77777777" w:rsidR="00CF0240" w:rsidRDefault="00CF0240">
      <w:pPr>
        <w:spacing w:after="60"/>
        <w:rPr>
          <w:b/>
        </w:rPr>
      </w:pPr>
    </w:p>
    <w:p w14:paraId="3AFB9F7D" w14:textId="53182F4C" w:rsidR="000F650E" w:rsidRDefault="00B7190A">
      <w:pPr>
        <w:spacing w:after="60"/>
      </w:pPr>
      <w:r>
        <w:rPr>
          <w:b/>
        </w:rPr>
        <w:t>Club Fee &amp; Payment</w:t>
      </w:r>
    </w:p>
    <w:p w14:paraId="62224537" w14:textId="77777777" w:rsidR="000F650E" w:rsidRDefault="00B7190A">
      <w:pPr>
        <w:spacing w:after="60"/>
      </w:pPr>
      <w:r>
        <w:t>The Jr. Art Club fee is $60 per student once accepted. This fee covers the cost of supplies and materials used during club activities.</w:t>
      </w:r>
    </w:p>
    <w:p w14:paraId="13140B85" w14:textId="77777777" w:rsidR="00CF0240" w:rsidRDefault="00CF0240">
      <w:pPr>
        <w:spacing w:after="60"/>
        <w:rPr>
          <w:b/>
        </w:rPr>
      </w:pPr>
    </w:p>
    <w:p w14:paraId="57C641C5" w14:textId="372B4C1F" w:rsidR="000F650E" w:rsidRDefault="00B7190A">
      <w:pPr>
        <w:spacing w:after="60"/>
      </w:pPr>
      <w:r>
        <w:rPr>
          <w:b/>
        </w:rPr>
        <w:t>Payment must be made once your child is selected for Jr. Art Club.</w:t>
      </w:r>
    </w:p>
    <w:p w14:paraId="6BD606E5" w14:textId="77777777" w:rsidR="000F650E" w:rsidRDefault="00B7190A">
      <w:pPr>
        <w:spacing w:after="60"/>
      </w:pPr>
      <w:r>
        <w:t>Accepted payment methods:</w:t>
      </w:r>
    </w:p>
    <w:p w14:paraId="0CD3615A" w14:textId="77777777" w:rsidR="000F650E" w:rsidRDefault="00B7190A">
      <w:pPr>
        <w:spacing w:after="60"/>
      </w:pPr>
      <w:r>
        <w:t>•    Cash</w:t>
      </w:r>
    </w:p>
    <w:p w14:paraId="244A6B60" w14:textId="77777777" w:rsidR="000F650E" w:rsidRDefault="00B7190A">
      <w:pPr>
        <w:spacing w:after="60"/>
      </w:pPr>
      <w:r>
        <w:t>•    Check (Make checks payable to Otis A. Mason)</w:t>
      </w:r>
    </w:p>
    <w:p w14:paraId="560605C2" w14:textId="77777777" w:rsidR="000F650E" w:rsidRDefault="00B7190A">
      <w:pPr>
        <w:spacing w:after="60"/>
      </w:pPr>
      <w:r>
        <w:t xml:space="preserve">•    Online payment via </w:t>
      </w:r>
      <w:proofErr w:type="spellStart"/>
      <w:r>
        <w:t>SchoolPay</w:t>
      </w:r>
      <w:proofErr w:type="spellEnd"/>
    </w:p>
    <w:p w14:paraId="4017D30C" w14:textId="77777777" w:rsidR="000F650E" w:rsidRDefault="000F650E">
      <w:pPr>
        <w:spacing w:after="60"/>
      </w:pPr>
    </w:p>
    <w:p w14:paraId="6D083897" w14:textId="77777777" w:rsidR="00E5578E" w:rsidRDefault="003253F8">
      <w:pPr>
        <w:spacing w:after="60"/>
      </w:pPr>
      <w:r>
        <w:rPr>
          <w:b/>
          <w:sz w:val="24"/>
        </w:rPr>
        <w:t>Parent Permission</w:t>
      </w:r>
    </w:p>
    <w:p w14:paraId="6F6FF2C3" w14:textId="77777777" w:rsidR="00E5578E" w:rsidRDefault="003253F8">
      <w:pPr>
        <w:spacing w:after="60"/>
      </w:pPr>
      <w:r>
        <w:rPr>
          <w:sz w:val="21"/>
        </w:rPr>
        <w:t xml:space="preserve">I give permission for my child to apply for Jr. Art Club and complete the Art Superhero Challenge. If selected, I give permission </w:t>
      </w:r>
      <w:proofErr w:type="gramStart"/>
      <w:r>
        <w:rPr>
          <w:sz w:val="21"/>
        </w:rPr>
        <w:t>for</w:t>
      </w:r>
      <w:proofErr w:type="gramEnd"/>
      <w:r>
        <w:rPr>
          <w:sz w:val="21"/>
        </w:rPr>
        <w:t xml:space="preserve"> my child to participate in Jr. Art Club.</w:t>
      </w:r>
    </w:p>
    <w:p w14:paraId="34C1110F" w14:textId="77777777" w:rsidR="00E5578E" w:rsidRDefault="003253F8">
      <w:pPr>
        <w:spacing w:after="160"/>
      </w:pPr>
      <w:r>
        <w:rPr>
          <w:b/>
          <w:sz w:val="21"/>
        </w:rPr>
        <w:t>Parent/Guardian Signature: ______________________________    Date: _______________</w:t>
      </w:r>
    </w:p>
    <w:p w14:paraId="6DB84DC7" w14:textId="77777777" w:rsidR="00E5578E" w:rsidRDefault="003253F8">
      <w:r>
        <w:br w:type="page"/>
      </w:r>
    </w:p>
    <w:p w14:paraId="528CC99F" w14:textId="77777777" w:rsidR="00E5578E" w:rsidRDefault="003253F8">
      <w:pPr>
        <w:spacing w:after="80"/>
        <w:jc w:val="center"/>
      </w:pPr>
      <w:r>
        <w:rPr>
          <w:b/>
          <w:sz w:val="36"/>
        </w:rPr>
        <w:lastRenderedPageBreak/>
        <w:t>Art Superhero Challenge</w:t>
      </w:r>
    </w:p>
    <w:p w14:paraId="7E1FBC30" w14:textId="77777777" w:rsidR="00E5578E" w:rsidRDefault="003253F8">
      <w:pPr>
        <w:jc w:val="center"/>
      </w:pPr>
      <w:r>
        <w:rPr>
          <w:b/>
          <w:sz w:val="26"/>
        </w:rPr>
        <w:t>Imagine &amp; Draw Your Own ART SUPERHERO!</w:t>
      </w:r>
    </w:p>
    <w:p w14:paraId="22837F11" w14:textId="77777777" w:rsidR="00E5578E" w:rsidRDefault="003253F8">
      <w:pPr>
        <w:spacing w:after="100"/>
      </w:pPr>
      <w:r>
        <w:t>Imagine there is a superhero whose special powers come from ART! What would your art superhero look like?</w:t>
      </w:r>
    </w:p>
    <w:p w14:paraId="29AE6BF2" w14:textId="77777777" w:rsidR="00E5578E" w:rsidRDefault="003253F8">
      <w:pPr>
        <w:spacing w:after="80"/>
      </w:pPr>
      <w:r>
        <w:rPr>
          <w:b/>
        </w:rPr>
        <w:t>Draw your superhero below. Think about:</w:t>
      </w:r>
    </w:p>
    <w:p w14:paraId="236FE24E" w14:textId="77777777" w:rsidR="00E5578E" w:rsidRDefault="003253F8">
      <w:pPr>
        <w:spacing w:after="60"/>
      </w:pPr>
      <w:r>
        <w:rPr>
          <w:sz w:val="21"/>
        </w:rPr>
        <w:t>•    A creative superhero costume</w:t>
      </w:r>
    </w:p>
    <w:p w14:paraId="16499771" w14:textId="77777777" w:rsidR="00E5578E" w:rsidRDefault="003253F8">
      <w:pPr>
        <w:spacing w:after="60"/>
      </w:pPr>
      <w:r>
        <w:rPr>
          <w:sz w:val="21"/>
        </w:rPr>
        <w:t>•    An art tool or supply they use</w:t>
      </w:r>
    </w:p>
    <w:p w14:paraId="20437A02" w14:textId="77777777" w:rsidR="00E5578E" w:rsidRDefault="003253F8">
      <w:pPr>
        <w:spacing w:after="60"/>
      </w:pPr>
      <w:r>
        <w:rPr>
          <w:sz w:val="21"/>
        </w:rPr>
        <w:t>•    Their special ART power</w:t>
      </w:r>
    </w:p>
    <w:p w14:paraId="57AC5BCB" w14:textId="77777777" w:rsidR="00E5578E" w:rsidRDefault="003253F8">
      <w:pPr>
        <w:spacing w:after="60"/>
      </w:pPr>
      <w:r>
        <w:rPr>
          <w:sz w:val="21"/>
        </w:rPr>
        <w:t>•    Fun colors, patterns, and details</w:t>
      </w:r>
    </w:p>
    <w:p w14:paraId="0A4A5603" w14:textId="77777777" w:rsidR="00E5578E" w:rsidRDefault="003253F8">
      <w:pPr>
        <w:spacing w:after="160"/>
      </w:pPr>
      <w:r>
        <w:rPr>
          <w:b/>
          <w:sz w:val="21"/>
        </w:rPr>
        <w:t>There is no right or wrong answer. Use your imagination, add lots of details, and make your superhero your own!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781"/>
      </w:tblGrid>
      <w:tr w:rsidR="00E5578E" w14:paraId="03C79093" w14:textId="77777777" w:rsidTr="00C97BBB">
        <w:trPr>
          <w:trHeight w:val="6517"/>
        </w:trPr>
        <w:tc>
          <w:tcPr>
            <w:tcW w:w="978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0D26DB5" w14:textId="77777777" w:rsidR="00E5578E" w:rsidRDefault="003253F8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1A020663" w14:textId="77777777" w:rsidR="00C97BBB" w:rsidRDefault="00C97BBB">
      <w:pPr>
        <w:spacing w:after="100"/>
        <w:rPr>
          <w:b/>
          <w:sz w:val="21"/>
        </w:rPr>
      </w:pPr>
    </w:p>
    <w:p w14:paraId="5ABBB32B" w14:textId="77777777" w:rsidR="00C97BBB" w:rsidRDefault="00C97BBB">
      <w:pPr>
        <w:spacing w:after="100"/>
        <w:rPr>
          <w:b/>
          <w:sz w:val="21"/>
        </w:rPr>
      </w:pPr>
    </w:p>
    <w:p w14:paraId="6DD56317" w14:textId="77777777" w:rsidR="00E5578E" w:rsidRDefault="003253F8">
      <w:pPr>
        <w:spacing w:after="100"/>
      </w:pPr>
      <w:r>
        <w:rPr>
          <w:b/>
          <w:sz w:val="21"/>
        </w:rPr>
        <w:t>My Art Superhero's Name: _______________________________________________</w:t>
      </w:r>
    </w:p>
    <w:p w14:paraId="2E476DD5" w14:textId="77777777" w:rsidR="00E5578E" w:rsidRDefault="003253F8">
      <w:pPr>
        <w:spacing w:after="80"/>
      </w:pPr>
      <w:r>
        <w:rPr>
          <w:b/>
          <w:sz w:val="21"/>
        </w:rPr>
        <w:t>My Art Superhero's Power: ______________________________________________</w:t>
      </w:r>
    </w:p>
    <w:p w14:paraId="054D3D41" w14:textId="77777777" w:rsidR="00E5578E" w:rsidRDefault="003253F8">
      <w:pPr>
        <w:spacing w:after="160"/>
      </w:pPr>
      <w:r>
        <w:rPr>
          <w:sz w:val="21"/>
        </w:rPr>
        <w:t>________________________________________________________________________</w:t>
      </w:r>
    </w:p>
    <w:p w14:paraId="7F3394EA" w14:textId="77777777" w:rsidR="00E5578E" w:rsidRDefault="003253F8">
      <w:pPr>
        <w:spacing w:after="120"/>
      </w:pPr>
      <w:r>
        <w:rPr>
          <w:sz w:val="18"/>
        </w:rPr>
        <w:t>Kindergarten students may tell an adult what to write for them.</w:t>
      </w:r>
    </w:p>
    <w:p w14:paraId="78E4DEF3" w14:textId="77777777" w:rsidR="00E5578E" w:rsidRDefault="003253F8">
      <w:r>
        <w:br w:type="page"/>
      </w:r>
    </w:p>
    <w:p w14:paraId="7F49F98C" w14:textId="77777777" w:rsidR="00E5578E" w:rsidRDefault="003253F8">
      <w:pPr>
        <w:spacing w:after="160"/>
      </w:pPr>
      <w:r>
        <w:rPr>
          <w:b/>
          <w:sz w:val="28"/>
        </w:rPr>
        <w:lastRenderedPageBreak/>
        <w:t>Behavior &amp; Attendance Contract</w:t>
      </w:r>
    </w:p>
    <w:p w14:paraId="53F77801" w14:textId="77777777" w:rsidR="00E5578E" w:rsidRDefault="003253F8">
      <w:pPr>
        <w:spacing w:after="140"/>
      </w:pPr>
      <w:r>
        <w:rPr>
          <w:b/>
        </w:rPr>
        <w:t>I understand that by joining the Art Club, my child agrees to:</w:t>
      </w:r>
    </w:p>
    <w:p w14:paraId="57C399D9" w14:textId="77777777" w:rsidR="00E5578E" w:rsidRDefault="003253F8">
      <w:pPr>
        <w:spacing w:after="120"/>
      </w:pPr>
      <w:r>
        <w:t>•    Respect teachers, classmates, and materials</w:t>
      </w:r>
    </w:p>
    <w:p w14:paraId="05F211B9" w14:textId="77777777" w:rsidR="00E5578E" w:rsidRDefault="003253F8">
      <w:pPr>
        <w:spacing w:after="120"/>
      </w:pPr>
      <w:r>
        <w:t>•    Follow all instructions and participate fully</w:t>
      </w:r>
    </w:p>
    <w:p w14:paraId="329E8B4C" w14:textId="77777777" w:rsidR="00E5578E" w:rsidRDefault="003253F8">
      <w:pPr>
        <w:spacing w:after="120"/>
      </w:pPr>
      <w:r>
        <w:t>•    Attend every session unless ill or excused in advance</w:t>
      </w:r>
    </w:p>
    <w:p w14:paraId="0752B915" w14:textId="77777777" w:rsidR="00E5578E" w:rsidRDefault="003253F8">
      <w:pPr>
        <w:spacing w:after="120"/>
      </w:pPr>
      <w:r>
        <w:t>•    Be responsible for cleaning up after activities</w:t>
      </w:r>
    </w:p>
    <w:p w14:paraId="0B92FF46" w14:textId="77777777" w:rsidR="00E5578E" w:rsidRDefault="003253F8">
      <w:pPr>
        <w:spacing w:after="240"/>
      </w:pPr>
      <w:r>
        <w:rPr>
          <w:b/>
          <w:sz w:val="21"/>
        </w:rPr>
        <w:t>I also agree to pick up my child promptly at 4:00 PM. If I am repeatedly late, my child will be sent to Extended Day, and I will be charged a $25 drop-in fee per occurrence.</w:t>
      </w:r>
    </w:p>
    <w:p w14:paraId="2157CD17" w14:textId="77777777" w:rsidR="00E5578E" w:rsidRDefault="003253F8">
      <w:pPr>
        <w:spacing w:after="100"/>
      </w:pPr>
      <w:r>
        <w:rPr>
          <w:b/>
        </w:rPr>
        <w:t>Parent/Guardian Signature: ______________________________</w:t>
      </w:r>
    </w:p>
    <w:p w14:paraId="4063A8B9" w14:textId="77777777" w:rsidR="00E5578E" w:rsidRDefault="003253F8">
      <w:r>
        <w:rPr>
          <w:b/>
        </w:rPr>
        <w:t>Date: _______________</w:t>
      </w:r>
    </w:p>
    <w:p w14:paraId="4A4C91FB" w14:textId="77777777" w:rsidR="00E5578E" w:rsidRDefault="003253F8">
      <w:pPr>
        <w:spacing w:after="160"/>
      </w:pPr>
      <w:r>
        <w:rPr>
          <w:b/>
        </w:rPr>
        <w:t>Additional Notes or Special Instructions</w:t>
      </w:r>
    </w:p>
    <w:p w14:paraId="76891CAD" w14:textId="77777777" w:rsidR="00E5578E" w:rsidRDefault="003253F8">
      <w:pPr>
        <w:spacing w:after="100"/>
      </w:pPr>
      <w:r>
        <w:rPr>
          <w:sz w:val="20"/>
        </w:rPr>
        <w:t>________________________________________________________________________</w:t>
      </w:r>
    </w:p>
    <w:p w14:paraId="051E1888" w14:textId="77777777" w:rsidR="00E5578E" w:rsidRDefault="003253F8">
      <w:pPr>
        <w:spacing w:after="100"/>
      </w:pPr>
      <w:r>
        <w:rPr>
          <w:sz w:val="20"/>
        </w:rPr>
        <w:t>________________________________________________________________________</w:t>
      </w:r>
    </w:p>
    <w:p w14:paraId="6E9FBA4C" w14:textId="77777777" w:rsidR="00E5578E" w:rsidRDefault="003253F8">
      <w:pPr>
        <w:spacing w:after="100"/>
      </w:pPr>
      <w:r>
        <w:rPr>
          <w:sz w:val="20"/>
        </w:rPr>
        <w:t>________________________________________________________________________</w:t>
      </w:r>
    </w:p>
    <w:p w14:paraId="00BAEBDA" w14:textId="77777777" w:rsidR="00E5578E" w:rsidRDefault="003253F8">
      <w:pPr>
        <w:spacing w:after="100"/>
      </w:pPr>
      <w:r>
        <w:rPr>
          <w:sz w:val="20"/>
        </w:rPr>
        <w:t>________________________________________________________________________</w:t>
      </w:r>
    </w:p>
    <w:sectPr w:rsidR="00E5578E" w:rsidSect="00034616">
      <w:pgSz w:w="12240" w:h="15840"/>
      <w:pgMar w:top="792" w:right="1152" w:bottom="79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6453283">
    <w:abstractNumId w:val="8"/>
  </w:num>
  <w:num w:numId="2" w16cid:durableId="2097896734">
    <w:abstractNumId w:val="6"/>
  </w:num>
  <w:num w:numId="3" w16cid:durableId="45032783">
    <w:abstractNumId w:val="5"/>
  </w:num>
  <w:num w:numId="4" w16cid:durableId="1315723009">
    <w:abstractNumId w:val="4"/>
  </w:num>
  <w:num w:numId="5" w16cid:durableId="1611546917">
    <w:abstractNumId w:val="7"/>
  </w:num>
  <w:num w:numId="6" w16cid:durableId="771822230">
    <w:abstractNumId w:val="3"/>
  </w:num>
  <w:num w:numId="7" w16cid:durableId="2055809750">
    <w:abstractNumId w:val="2"/>
  </w:num>
  <w:num w:numId="8" w16cid:durableId="214514027">
    <w:abstractNumId w:val="1"/>
  </w:num>
  <w:num w:numId="9" w16cid:durableId="1965622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650E"/>
    <w:rsid w:val="0015074B"/>
    <w:rsid w:val="0029639D"/>
    <w:rsid w:val="003253F8"/>
    <w:rsid w:val="00326F90"/>
    <w:rsid w:val="005B109E"/>
    <w:rsid w:val="00754502"/>
    <w:rsid w:val="007615FA"/>
    <w:rsid w:val="008D4D7E"/>
    <w:rsid w:val="00AA1D8D"/>
    <w:rsid w:val="00B15C4F"/>
    <w:rsid w:val="00B47730"/>
    <w:rsid w:val="00C97BBB"/>
    <w:rsid w:val="00CB0664"/>
    <w:rsid w:val="00CF0240"/>
    <w:rsid w:val="00E25DAF"/>
    <w:rsid w:val="00E5578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9FA5FD"/>
  <w14:defaultImageDpi w14:val="300"/>
  <w15:docId w15:val="{9D0FD8ED-C011-4E7A-87C6-2AE056FED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2846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Danielle Waler</cp:lastModifiedBy>
  <cp:revision>2</cp:revision>
  <dcterms:created xsi:type="dcterms:W3CDTF">2026-09-14T14:52:00Z</dcterms:created>
  <dcterms:modified xsi:type="dcterms:W3CDTF">2026-09-14T14:52:00Z</dcterms:modified>
  <cp:category/>
</cp:coreProperties>
</file>